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תעודת הזהות הגלובלית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כפר עולמי ותלות הדדית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חפצים ביתיים מגיעים ממדינות ייצור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יתרון וחיסרון של סחר 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עולם מחובר בעזרת סחר, תחבורה ותקשורת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מוצרים רבים עוברים שרשרת ייצור שכוללת כמה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התווית מציינת לרוב את מדינת הייצור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סוג המוצר למקור הייצור הנפוץ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(לרוב מיוצרים במדינות עם כוח עבודה זול כמו בנגלדש או וייטנאם)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(לרוב מיוצרים במדינות כמו סין, דרום קוריאה או טייוואן)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(לרוב מגיע ממדינות קרובות בשל זמן הובלה קצר)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הפרויקט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חמישה חפצים מהבית ובדיקת התווית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סימון ארצות הייצור על מפת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המסע של חפץ אחד מהמפעל ועד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הצגת הפרויקט בפני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הסבר הגיוני, יתרון אחד וחיסרון אחד הקשורים לסחר בינלאומי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חיבור בין מדינות דרך סחר ותחבורה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אמיתית עם שם מוצר ומדינה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כמו מגוון מוצרים, חיסרון כמו תלות באספקה חיצונית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דוגמת תווית מוצר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מפת עולם על הלוח לסימון משותף של מדינות הייצור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הכיתתי כדאי להדגיש גם יתרונות וגם חסרונות של תלות הדדית בלי לקחת עמדה פוליטית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תעודת הזהות הגלובלית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בפרויקט הזה בודקים חמישה חפצים מהבית, מאתרים את מדינת הייצור שלהם ומבינים איך הבית שלנו קשור לכל העולם. דף זה מתרגל את המושגים והשלבים של הפרויקט.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כפר עולמי  ·  ייצור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המושג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עולם מחובר בעזרת סחר, תחבורה ותקשורת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כפר קטן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הבירה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אמצעי תחבורה משמש בעיקר להובלת סחורות כבדות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רכבת תחתית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המוצרים בבית מיוצרים במדינה אחת בלבד וללא כל קשר למדינות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בדיקת תווית המוצר יכולה ללמד אותנו מאיזו מדינה הוא הגיע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המושג __________ מתאר עולם שבו מדינות וחברות שונות מחוברות ותלויות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תווית המוצר מציינת לרוב את מדינת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סוג המוצר למקור הייצור הנפוץ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לרוב מגיע ממדינות קרובות בשל זמן הובלה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מכשירי אלקטרוניקה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לרוב מיוצרים במדינות עם כוח עבודה זול כמו בנגלדש או וייטנאם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מזון טרי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לרוב מיוצרים במדינות כמו סין, דרום קוריאה או טייוואן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הפרויקט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הפרויקט בפני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המסע של חפץ אחד מהמפעל ועד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חמישה חפצים מהבית ובדיקת התווית 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סימון ארצות הייצור על מפת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שמתחילה במשפט הבית שלי הוא חלק מהכפר העולמי כי... וציינו יתרון וחיסרון אחד של תלות הדדית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כפר 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למוצר מהבית ומדינת הייצור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תעודת הזהות הגלובלית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