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כפר עולמי ותלות הדדית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חפצים ביתיים מגיעים ממדינות ייצור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יתרון וחיסרון של סחר 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עולם מחובר בעזרת סחר, תחבורה ותקשורת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ללמוד מאיזו מדינה הגיע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מצב שבו מדינות צריכות זו את זו לקבלת 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אפשר לקבל מוצרים שלא קיימים במדינה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פגיעה באספקה אם יש בעיה במדינה השותפה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מוצרים רבים עוברים שרשרת ייצור שכוללת כמה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התווית מציינת לרוב את מדינת הייצור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אוניות מובילות כמויות גדולות של סחורה במחיר נמוך יחסית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מוצרים רבים בבית מגיעים ממדינות שונות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 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סוג המוצר למקור הייצור הנפוץ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(לרוב מיוצרים במדינות עם כוח עבודה זול כמו בנגלדש או 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(לרוב מיוצרים במדינות כמו סין, דרום קוריאה או טייוואן)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(לרוב מגיע ממדינות קרובות בשל זמן הובלה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(לרוב מיוצרים בסין בשל עלויות ייצור נמוכות)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(לרוב מיוצרים במדינות עם תעשיית מתכת מפותחת)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חמישה חפצים מהבית ובדיקת התווית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סימון ארצות הייצור על מפת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המסע של חפץ אחד מהמפעל ועד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מסקנה על השתייכות הבית לכפר העולמי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הצגת הפרויקט בפני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הסבר הגיוני, יתרון אחד וחיסרון אחד הקשורים לסחר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מדינת ייצור, אמצעי תחבורה אחד לפחות וגורם מתווך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חיבור בין מדינות דרך סחר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עם שם מוצר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מגוון מוצרים, חיסרון כמו תלות באספקה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דוגמת תווית מוצר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מפת עולם על הלוח לסימון משותף של מדינות הייצור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הכיתתי כדאי להדגיש גם יתרונות וגם חסרונות של תלות הדדית בלי לקחת עמדה פוליטית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תעודת הזהות הגלובלית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בפרויקט בודקים חפצים מהבית ואיפה הם נוצרו. הדף מתרגל את המילים והשלבים של הפרויקט בצורה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עולם שבו מדינות מחוברות זו לזו בעזרת סחר, תחבורה ותקשורת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וחברות הופכות קשורות ותלויות זו בזו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מדינות צריכות זו את זו כדי להשיג 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ממדינה אחרת למדינה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מוצרים מהמדינה שלנו למדינה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שעובר מוצר מהייצור ועד שהוא מגיע אלינו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תחבורה בינלאומית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אוניות, מטוסים ומשאיות שמעבירים סחורות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 מוצר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או כיתוב על המוצר שמציין איפה ומי ייצר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מחובר בעזרת סחר, תחבורה ותקשורת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הבירה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מיוחד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בודקים את התווית על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ללמוד מאיזו מדינה הגיע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את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את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מתי הוא יתקלקל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בדרך כלל מובילים סחורות כבדות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 תחתית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שמדינות תלויות זו בזו?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מדינות צריכות זו את זו לקבלת 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מדינה אחת שולטת בכל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שבו אין קשר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טוב בסחר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לקבל מוצרים שלא קיימים במדינה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יותר צורך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הופכות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יותר תחבורה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הבעיה בלהיות תלויים במדינה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פגיעה באספקה אם יש בעיה במדינה השותפה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המוצרים זולים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יותר עבודה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חיסרון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המוצרים בבית מיוצרים במדינה אחת בלבד וללא כל קשר למדינות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תווית המוצר יכולה ללמד אותנו מאיזו מדינה הוא הגיע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הובלה ימית באוניות היא דרך נפוצה מאוד להובלת סחורות בין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לכפר העולמי אין שום השפעה על חיי היומיום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המושג __________ מתאר עולם שבו מדינות וחברות שונות מחוברות ותלויות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חפץ עובר ממקום הייצור ועד שהוא מגיע אלינו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תווית המוצר מציינת לרוב את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מדינה סומכת על מדינות אחרות לאספקת מוצרים חיוניים, זו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סוג המוצר למקור הייצור הנפוץ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לרוב מיוצרים בסין בשל עלויות ייצור נמוכות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מכשירי אלקטרוניקה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לרוב מיוצרים במדינות עם כוח עבודה זול כמו בנגלדש או וייטנאם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מזון טרי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לרוב מיוצרים במדינות כמו סין, דרום קוריאה או טייוואן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צעצועים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לרוב מיוצרים במדינות עם תעשיית מתכת מפותחת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מטבח מתכתיים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לרוב מגיע ממדינות קרובות בשל זמן הובלה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הפרויקט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ארצות הייצור על מפת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הפרויקט בפני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על השתייכות הבית לכפר העולמי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המסע של חפץ אחד מהמפעל ועד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חמישה חפצים מהבית ובדיקת התווית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שמתחילה במשפט הבית שלי הוא חלק מהכפר העולמי כי... וציינו יתרון וחיסרון אחד של תלות הדדית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אחד מהבית ותארו בקצרה את מסעו אליכם: איפה יוצר, איך הגיע ומי היו השותפים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מהבית ומדינת הייצור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יתרון אחד ומהו חיסרון אחד של תלות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תעודת הזהות הגלובלית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