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תעודת הזהות הגלובלית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כפר עולמי ותלות הדדית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חפצים ביתיים מגיעים ממדינות ייצור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יתרון וחיסרון של סחר בינלאומי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עולם מחובר בעזרת סחר, תחבורה ותקשורת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ללמוד מאיזו מדינה הגיע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מצב שבו מדינות צריכות זו את זו לקבלת מוצרים ושירותים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אפשר לקבל מוצרים שלא קיימים במדינה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פגיעה באספקה אם יש בעיה במדינה השותפה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מוצרים רבים עוברים שרשרת ייצור שכוללת כמה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התווית מציינת לרוב את מדינת הייצור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אוניות מובילות כמויות גדולות של סחורה במחיר נמוך יחסית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מוצרים רבים בבית מגיעים ממדינות שונות בעולם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שרשרת אספקה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תלות הדדית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סוג המוצר למקור הייצור הנפוץ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(לרוב מיוצרים במדינות עם כוח עבודה זול כמו בנגלדש או וייטנאם)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(לרוב מיוצרים במדינות כמו סין, דרום קוריאה או טייוואן)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(לרוב מגיע ממדינות קרובות בשל זמן הובלה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(לרוב מיוצרים בסין בשל עלויות ייצור נמוכות)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(לרוב מיוצרים במדינות עם תעשיית מתכת מפותחת)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הפרויקט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חמישה חפצים מהבית ובדיקת התווית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סימון ארצות הייצור על מפת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המסע של חפץ אחד מהמפעל ועד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מסקנה על השתייכות הבית לכפר העולמי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הצגת הפרויקט בפני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הסבר הגיוני, יתרון אחד וחיסרון אחד הקשורים לסחר בינלאומי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הכולל מדינת ייצור, אמצעי תחבורה אחד לפחות וגורם מתווך בדרך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הכוללת חיבור בין מדינות דרך סחר ותחבורה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אמיתית עם שם מוצר ומדינה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יתרון כמו מגוון מוצרים, חיסרון כמו תלות באספקה חיצונית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להביא דוגמת תווית מוצר אמיתית להמחשה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מפת עולם על הלוח לסימון משותף של מדינות הייצור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הכיתתי כדאי להדגיש גם יתרונות וגם חסרונות של תלות הדדית בלי לקחת עמדה פוליטית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תעודת הזהות הגלובלית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בפרויקט הזה בודקים חמישה חפצים מהבית, מאתרים את מדינת הייצור שלהם ומבינים איך הבית שלנו קשור לכל העולם. דף זה מתרגל את המושגים והשלבים של הפרויקט.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של המושג כפר עולמי?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עולם מחובר בעזרת סחר, תחבורה ותקשורת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כפר קטן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הבירה של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מיוחד של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כדאי לבדוק את הכיתוב יוצר ב... על מוצרים?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ללמוד מאיזו מדינה הגיע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לדעת את המחיר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לדעת את הצבע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לדעת מתי הוא יתקלקל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אמצעי תחבורה משמש בעיקר להובלת סחורות כבדות בין יבשות?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רכבת תחתית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תלות הדדית בין מדינות?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שבו מדינות צריכות זו את זו לקבלת מוצרים ושירותים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שבו מדינה אחת שולטת בכל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מצב שבו אין קשר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מלחמה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היתרון העיקרי של סחר 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אפשר לקבל מוצרים שלא קיימים במדינה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יותר צורך בכסף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המדינות הופכות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יותר תחבורה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חיסרון אפשרי של תלות במדינות אחרות לאספקת מוצרים?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פגיעה באספקה אם יש בעיה במדינה השותפה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המוצרים זולים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יותר עבודה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חיסרון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המוצרים בבית מיוצרים במדינה אחת בלבד וללא כל קשר למדינות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תווית המוצר יכולה ללמד אותנו מאיזו מדינה הוא הגיע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הובלה ימית באוניות היא דרך נפוצה מאוד להובלת סחורות בין יבשות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לכפר העולמי אין שום השפעה על חיי היומיום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המושג __________ מתאר עולם שבו מדינות וחברות שונות מחוברות ותלויות זו בזו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תהליך שבו חפץ עובר ממקום הייצור ועד שהוא מגיע אלינו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תווית המוצר מציינת לרוב את מדינת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מדינה סומכת על מדינות אחרות לאספקת מוצרים חיוניים, זו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סוג המוצר למקור הייצור הנפוץ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בגדים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לרוב מיוצרים בסין בשל עלויות ייצור נמוכות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מכשירי אלקטרוניקה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לרוב מיוצרים במדינות עם תעשיית מתכת מפותחת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מזון טרי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לרוב מיוצרים במדינות כמו סין, דרום קוריאה או טייוואן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צעצועים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לרוב מגיע ממדינות קרובות בשל זמן הובלה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כלי מטבח מתכתיים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לרוב מיוצרים במדינות עם כוח עבודה זול כמו בנגלדש או וייטנאם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הפרויקט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סימון ארצות הייצור על מפת העולם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הפרויקט בפני הכיתה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מסקנה על השתייכות הבית לכפר העולמי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חמישה חפצים מהבית ובדיקת התווית שלהם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המסע של חפץ אחד מהמפעל ועד הבית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שמתחילה במשפט הבית שלי הוא חלק מהכפר העולמי כי... וציינו יתרון וחיסרון אחד של תלות הדדית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חפץ אחד מהבית ותארו בקצרה את מסעו אליכם: איפה יוצר, איך הגיע ומי היו השותפים בדרך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כפר עולמי?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למוצר מהבית ומדינת הייצור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יתרון אחד ומהו חיסרון אחד של תלות הדדית?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תעודת הזהות הגלובלית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